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B11DB" w14:textId="2A40D807" w:rsidR="00C34E93" w:rsidRPr="00D7306A" w:rsidRDefault="00000000">
      <w:pPr>
        <w:pStyle w:val="Tytu"/>
        <w:jc w:val="center"/>
        <w:rPr>
          <w:sz w:val="36"/>
          <w:szCs w:val="36"/>
        </w:rPr>
      </w:pPr>
      <w:r w:rsidRPr="00D7306A">
        <w:rPr>
          <w:b/>
          <w:sz w:val="36"/>
          <w:szCs w:val="36"/>
        </w:rPr>
        <w:t>KARTA ZGŁOSZENIOWA UCZESTNIKA WARSZTATÓW</w:t>
      </w:r>
      <w:r w:rsidRPr="00D7306A">
        <w:rPr>
          <w:b/>
          <w:sz w:val="36"/>
          <w:szCs w:val="36"/>
        </w:rPr>
        <w:br/>
      </w:r>
      <w:r w:rsidR="00292930" w:rsidRPr="00D7306A">
        <w:rPr>
          <w:b/>
          <w:sz w:val="36"/>
          <w:szCs w:val="36"/>
        </w:rPr>
        <w:t>“</w:t>
      </w:r>
      <w:r w:rsidRPr="00D7306A">
        <w:rPr>
          <w:b/>
          <w:sz w:val="36"/>
          <w:szCs w:val="36"/>
        </w:rPr>
        <w:t>Zaczerpnij Siebie!</w:t>
      </w:r>
      <w:r w:rsidR="00292930" w:rsidRPr="00D7306A">
        <w:rPr>
          <w:b/>
          <w:sz w:val="36"/>
          <w:szCs w:val="36"/>
        </w:rPr>
        <w:t>”</w:t>
      </w:r>
    </w:p>
    <w:p w14:paraId="4258E729" w14:textId="6819FE34" w:rsidR="00C34E93" w:rsidRPr="00FE092C" w:rsidRDefault="00D7306A" w:rsidP="00D7306A">
      <w:pPr>
        <w:pStyle w:val="Nagwek1"/>
        <w:numPr>
          <w:ilvl w:val="0"/>
          <w:numId w:val="10"/>
        </w:numPr>
      </w:pPr>
      <w:r w:rsidRPr="00FE092C">
        <w:t>Informacje dotyczące zajęć</w:t>
      </w:r>
    </w:p>
    <w:p w14:paraId="67A8D93F" w14:textId="77777777" w:rsidR="00C34E93" w:rsidRPr="00FE092C" w:rsidRDefault="00000000" w:rsidP="00D7306A">
      <w:pPr>
        <w:spacing w:after="0"/>
      </w:pPr>
      <w:r w:rsidRPr="00FE092C">
        <w:rPr>
          <w:b/>
        </w:rPr>
        <w:t xml:space="preserve">Forma zajęć: </w:t>
      </w:r>
      <w:r w:rsidRPr="00FE092C">
        <w:t>Warsztaty czerpania papieru</w:t>
      </w:r>
    </w:p>
    <w:p w14:paraId="53A33F6B" w14:textId="77777777" w:rsidR="00C34E93" w:rsidRPr="00FE092C" w:rsidRDefault="00000000" w:rsidP="00D7306A">
      <w:pPr>
        <w:spacing w:after="0"/>
      </w:pPr>
      <w:r w:rsidRPr="00FE092C">
        <w:rPr>
          <w:b/>
        </w:rPr>
        <w:t xml:space="preserve">Termin: </w:t>
      </w:r>
      <w:r w:rsidRPr="00FE092C">
        <w:t>27.08.2026 (czwartek), godz. 11:00–ok. 12:00</w:t>
      </w:r>
    </w:p>
    <w:p w14:paraId="38C4DD8A" w14:textId="77777777" w:rsidR="00C34E93" w:rsidRPr="00FE092C" w:rsidRDefault="00000000" w:rsidP="00D7306A">
      <w:pPr>
        <w:spacing w:after="0"/>
      </w:pPr>
      <w:r w:rsidRPr="00FE092C">
        <w:rPr>
          <w:b/>
        </w:rPr>
        <w:t xml:space="preserve">Miejsce: </w:t>
      </w:r>
      <w:r w:rsidRPr="00FE092C">
        <w:t>Dom Kultury w Ozimku</w:t>
      </w:r>
    </w:p>
    <w:p w14:paraId="7373BFA9" w14:textId="77777777" w:rsidR="00C34E93" w:rsidRPr="00FE092C" w:rsidRDefault="00000000" w:rsidP="00D7306A">
      <w:pPr>
        <w:spacing w:after="0"/>
      </w:pPr>
      <w:r w:rsidRPr="00FE092C">
        <w:rPr>
          <w:b/>
        </w:rPr>
        <w:t xml:space="preserve">Organizator: </w:t>
      </w:r>
      <w:r w:rsidRPr="00FE092C">
        <w:t>Dom Kultury w Ozimku, ul. ks. Kałuży 4, 46-040 Ozimek</w:t>
      </w:r>
    </w:p>
    <w:p w14:paraId="4248E8B6" w14:textId="1DB3DC87" w:rsidR="00C34E93" w:rsidRPr="00FE092C" w:rsidRDefault="00D7306A" w:rsidP="00D7306A">
      <w:pPr>
        <w:pStyle w:val="Nagwek1"/>
        <w:numPr>
          <w:ilvl w:val="0"/>
          <w:numId w:val="10"/>
        </w:numPr>
      </w:pPr>
      <w:r w:rsidRPr="00FE092C">
        <w:t>Informacje dotyczące uczestnika</w:t>
      </w:r>
    </w:p>
    <w:p w14:paraId="02145980" w14:textId="77777777" w:rsidR="00C34E93" w:rsidRPr="00FE092C" w:rsidRDefault="00000000">
      <w:pPr>
        <w:rPr>
          <w:sz w:val="28"/>
          <w:szCs w:val="28"/>
        </w:rPr>
      </w:pPr>
      <w:r w:rsidRPr="00FE092C">
        <w:rPr>
          <w:i/>
          <w:color w:val="646464"/>
          <w:szCs w:val="28"/>
        </w:rPr>
        <w:t>Proszę wypełnić drukowanymi literami.</w:t>
      </w:r>
    </w:p>
    <w:p w14:paraId="61BA2CA2" w14:textId="5757B5F6" w:rsidR="00C34E93" w:rsidRPr="00FE092C" w:rsidRDefault="00000000" w:rsidP="00225EFA">
      <w:pPr>
        <w:tabs>
          <w:tab w:val="left" w:leader="dot" w:pos="6096"/>
        </w:tabs>
        <w:spacing w:line="360" w:lineRule="auto"/>
      </w:pPr>
      <w:r w:rsidRPr="00FE092C">
        <w:t>Imię i nazwisko uczestnika:</w:t>
      </w:r>
      <w:r w:rsidRPr="00FE092C">
        <w:tab/>
      </w:r>
    </w:p>
    <w:p w14:paraId="3E4F3858" w14:textId="3A58A5B1" w:rsidR="00C34E93" w:rsidRPr="00FE092C" w:rsidRDefault="00000000" w:rsidP="00225EFA">
      <w:pPr>
        <w:tabs>
          <w:tab w:val="left" w:leader="dot" w:pos="6096"/>
        </w:tabs>
        <w:spacing w:line="360" w:lineRule="auto"/>
      </w:pPr>
      <w:r w:rsidRPr="00FE092C">
        <w:t>Rok urodzenia:</w:t>
      </w:r>
      <w:r w:rsidRPr="00FE092C">
        <w:tab/>
      </w:r>
    </w:p>
    <w:p w14:paraId="00314B42" w14:textId="77777777" w:rsidR="00C34E93" w:rsidRPr="00FE092C" w:rsidRDefault="00000000" w:rsidP="00225EFA">
      <w:pPr>
        <w:tabs>
          <w:tab w:val="left" w:leader="dot" w:pos="6096"/>
        </w:tabs>
        <w:spacing w:line="360" w:lineRule="auto"/>
      </w:pPr>
      <w:r w:rsidRPr="00FE092C">
        <w:t>Numer telefonu:</w:t>
      </w:r>
      <w:r w:rsidRPr="00FE092C">
        <w:tab/>
      </w:r>
    </w:p>
    <w:p w14:paraId="4D76AA50" w14:textId="3CE9C696" w:rsidR="00C34E93" w:rsidRPr="00FE092C" w:rsidRDefault="00000000" w:rsidP="00225EFA">
      <w:pPr>
        <w:tabs>
          <w:tab w:val="left" w:leader="dot" w:pos="6096"/>
        </w:tabs>
        <w:spacing w:line="360" w:lineRule="auto"/>
      </w:pPr>
      <w:r w:rsidRPr="00FE092C">
        <w:t>Miejscowość i data:</w:t>
      </w:r>
      <w:r w:rsidRPr="00FE092C">
        <w:tab/>
      </w:r>
    </w:p>
    <w:p w14:paraId="5C709DFF" w14:textId="1914A998" w:rsidR="00C34E93" w:rsidRDefault="00000000" w:rsidP="00225EFA">
      <w:pPr>
        <w:tabs>
          <w:tab w:val="left" w:leader="dot" w:pos="6096"/>
        </w:tabs>
        <w:spacing w:line="360" w:lineRule="auto"/>
      </w:pPr>
      <w:r w:rsidRPr="00FE092C">
        <w:t xml:space="preserve">Podpis </w:t>
      </w:r>
      <w:r w:rsidR="006376A9" w:rsidRPr="00FE092C">
        <w:t>uczestnika/</w:t>
      </w:r>
      <w:r w:rsidRPr="00FE092C">
        <w:t>rodzica/opiekuna:</w:t>
      </w:r>
      <w:r w:rsidRPr="00FE092C">
        <w:tab/>
      </w:r>
    </w:p>
    <w:p w14:paraId="74284443" w14:textId="617B1F2F" w:rsidR="00D7306A" w:rsidRDefault="007E3FFC" w:rsidP="00D7306A">
      <w:pPr>
        <w:pStyle w:val="Nagwek1"/>
        <w:numPr>
          <w:ilvl w:val="0"/>
          <w:numId w:val="10"/>
        </w:numPr>
      </w:pPr>
      <w:r>
        <w:t>Zgody</w:t>
      </w:r>
    </w:p>
    <w:p w14:paraId="11F15117" w14:textId="77777777" w:rsidR="007E3FFC" w:rsidRDefault="007E3FFC" w:rsidP="00A96253">
      <w:pPr>
        <w:pStyle w:val="Akapitzlist"/>
        <w:numPr>
          <w:ilvl w:val="0"/>
          <w:numId w:val="12"/>
        </w:numPr>
        <w:tabs>
          <w:tab w:val="left" w:pos="426"/>
        </w:tabs>
        <w:spacing w:after="120"/>
        <w:ind w:left="360"/>
        <w:contextualSpacing w:val="0"/>
      </w:pPr>
      <w:r w:rsidRPr="00FE092C">
        <w:t>Wyrażam zgodę na samodzielny powrót dziecka z warsztatów</w:t>
      </w:r>
      <w:r>
        <w:t>.</w:t>
      </w:r>
    </w:p>
    <w:p w14:paraId="7A5F4D88" w14:textId="77777777" w:rsidR="007E3FFC" w:rsidRDefault="006376A9" w:rsidP="00A96253">
      <w:pPr>
        <w:pStyle w:val="Akapitzlist"/>
        <w:numPr>
          <w:ilvl w:val="0"/>
          <w:numId w:val="12"/>
        </w:numPr>
        <w:tabs>
          <w:tab w:val="left" w:pos="426"/>
        </w:tabs>
        <w:spacing w:before="240" w:after="120"/>
        <w:ind w:left="360"/>
        <w:contextualSpacing w:val="0"/>
      </w:pPr>
      <w:r w:rsidRPr="00FE092C">
        <w:t>Zgodnie z art. 13 ust. 1 i ust. 2 RODO wyrażam zgodę na przetwarzanie danych osobowych moich / moich i mojego dziecka przez Domu Kultury w Ozimku z siedzibą przy ul. księdza Kałuży 4, 46</w:t>
      </w:r>
      <w:r w:rsidR="00292930" w:rsidRPr="00FE092C">
        <w:t>-</w:t>
      </w:r>
      <w:r w:rsidRPr="00FE092C">
        <w:t>040 Ozimek</w:t>
      </w:r>
      <w:r w:rsidR="00292930" w:rsidRPr="00FE092C">
        <w:t>,</w:t>
      </w:r>
      <w:r w:rsidRPr="00FE092C">
        <w:t xml:space="preserve"> tel. 774651139</w:t>
      </w:r>
      <w:r w:rsidR="00292930" w:rsidRPr="00FE092C">
        <w:t>,</w:t>
      </w:r>
      <w:r w:rsidRPr="00FE092C">
        <w:t xml:space="preserve"> w celach związanych z organizacją warsztatów.</w:t>
      </w:r>
    </w:p>
    <w:p w14:paraId="6D2C45CF" w14:textId="3DF4FB73" w:rsidR="00C34E93" w:rsidRPr="00FE092C" w:rsidRDefault="007E3FFC" w:rsidP="00A96253">
      <w:pPr>
        <w:pStyle w:val="Akapitzlist"/>
        <w:numPr>
          <w:ilvl w:val="0"/>
          <w:numId w:val="12"/>
        </w:numPr>
        <w:tabs>
          <w:tab w:val="left" w:pos="426"/>
        </w:tabs>
        <w:spacing w:after="240"/>
        <w:ind w:left="357" w:hanging="357"/>
        <w:contextualSpacing w:val="0"/>
      </w:pPr>
      <w:r w:rsidRPr="00FE092C">
        <w:t xml:space="preserve">Zgodnie </w:t>
      </w:r>
      <w:r w:rsidR="006376A9" w:rsidRPr="00FE092C">
        <w:t>z ustawą z dnia 4 lutego 1994 r. o prawie autorskim i prawach pokrewnych (Dz.U. 2019 poz. 1231) wyrażam zgodę na nieodpłatne wykorzystanie mojego wizerunku / wizerunku mojego dziecka w materiałach dokumentujących działalność w/w sekcji i działalność Domu Kultury w Ozimku, w</w:t>
      </w:r>
      <w:r w:rsidR="00D7306A">
        <w:t> </w:t>
      </w:r>
      <w:r w:rsidR="006376A9" w:rsidRPr="00FE092C">
        <w:t>tym zamieszczanych na stronach internetowych Domu Kultury w Ozimku, Gminy Ozimek, w</w:t>
      </w:r>
      <w:r w:rsidR="00D7306A">
        <w:t> </w:t>
      </w:r>
      <w:r w:rsidR="006376A9" w:rsidRPr="00FE092C">
        <w:t>prasie lokalnej, w mediach.</w:t>
      </w:r>
    </w:p>
    <w:p w14:paraId="251EE301" w14:textId="77777777" w:rsidR="006376A9" w:rsidRPr="00FE092C" w:rsidRDefault="006376A9" w:rsidP="00A96253">
      <w:pPr>
        <w:tabs>
          <w:tab w:val="left" w:leader="dot" w:pos="6095"/>
          <w:tab w:val="left" w:leader="dot" w:pos="6946"/>
        </w:tabs>
        <w:spacing w:before="720" w:line="360" w:lineRule="auto"/>
      </w:pPr>
      <w:r w:rsidRPr="00FE092C">
        <w:t xml:space="preserve">Miejscowość i data: </w:t>
      </w:r>
      <w:r w:rsidRPr="00FE092C">
        <w:tab/>
      </w:r>
    </w:p>
    <w:p w14:paraId="0FA4174F" w14:textId="3B549B18" w:rsidR="006376A9" w:rsidRDefault="006376A9" w:rsidP="00225EFA">
      <w:pPr>
        <w:tabs>
          <w:tab w:val="left" w:leader="dot" w:pos="6095"/>
          <w:tab w:val="left" w:leader="dot" w:pos="6946"/>
        </w:tabs>
        <w:spacing w:line="360" w:lineRule="auto"/>
      </w:pPr>
      <w:r w:rsidRPr="00FE092C">
        <w:t xml:space="preserve">Podpis uczestnika/rodzica/opiekuna: </w:t>
      </w:r>
      <w:r w:rsidRPr="00FE092C">
        <w:tab/>
      </w:r>
    </w:p>
    <w:sectPr w:rsidR="006376A9" w:rsidSect="00034616">
      <w:pgSz w:w="11906" w:h="16838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D0213A"/>
    <w:multiLevelType w:val="hybridMultilevel"/>
    <w:tmpl w:val="EE1C5B6A"/>
    <w:lvl w:ilvl="0" w:tplc="C3506E4A">
      <w:start w:val="1"/>
      <w:numFmt w:val="bullet"/>
      <w:lvlText w:val="□"/>
      <w:lvlJc w:val="left"/>
      <w:pPr>
        <w:ind w:left="216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0CB22D8E"/>
    <w:multiLevelType w:val="hybridMultilevel"/>
    <w:tmpl w:val="E368B5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C01A0B"/>
    <w:multiLevelType w:val="hybridMultilevel"/>
    <w:tmpl w:val="77BE3A48"/>
    <w:lvl w:ilvl="0" w:tplc="C3506E4A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405084">
    <w:abstractNumId w:val="8"/>
  </w:num>
  <w:num w:numId="2" w16cid:durableId="1241521876">
    <w:abstractNumId w:val="6"/>
  </w:num>
  <w:num w:numId="3" w16cid:durableId="1250693326">
    <w:abstractNumId w:val="5"/>
  </w:num>
  <w:num w:numId="4" w16cid:durableId="1471174286">
    <w:abstractNumId w:val="4"/>
  </w:num>
  <w:num w:numId="5" w16cid:durableId="1198472047">
    <w:abstractNumId w:val="7"/>
  </w:num>
  <w:num w:numId="6" w16cid:durableId="1602224153">
    <w:abstractNumId w:val="3"/>
  </w:num>
  <w:num w:numId="7" w16cid:durableId="2136366120">
    <w:abstractNumId w:val="2"/>
  </w:num>
  <w:num w:numId="8" w16cid:durableId="1732775656">
    <w:abstractNumId w:val="1"/>
  </w:num>
  <w:num w:numId="9" w16cid:durableId="147329073">
    <w:abstractNumId w:val="0"/>
  </w:num>
  <w:num w:numId="10" w16cid:durableId="1368221299">
    <w:abstractNumId w:val="10"/>
  </w:num>
  <w:num w:numId="11" w16cid:durableId="1255240039">
    <w:abstractNumId w:val="11"/>
  </w:num>
  <w:num w:numId="12" w16cid:durableId="479003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54C3"/>
    <w:rsid w:val="00034616"/>
    <w:rsid w:val="0006063C"/>
    <w:rsid w:val="000F7DEB"/>
    <w:rsid w:val="0015074B"/>
    <w:rsid w:val="00225EFA"/>
    <w:rsid w:val="00292930"/>
    <w:rsid w:val="0029639D"/>
    <w:rsid w:val="00326F90"/>
    <w:rsid w:val="006376A9"/>
    <w:rsid w:val="00650D95"/>
    <w:rsid w:val="007E3FFC"/>
    <w:rsid w:val="008F6FE6"/>
    <w:rsid w:val="009F0B6C"/>
    <w:rsid w:val="00A96253"/>
    <w:rsid w:val="00AA1D8D"/>
    <w:rsid w:val="00B47730"/>
    <w:rsid w:val="00C06391"/>
    <w:rsid w:val="00C34E93"/>
    <w:rsid w:val="00CB0664"/>
    <w:rsid w:val="00CC460F"/>
    <w:rsid w:val="00D7306A"/>
    <w:rsid w:val="00FC693F"/>
    <w:rsid w:val="00FE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3B14E"/>
  <w14:defaultImageDpi w14:val="300"/>
  <w15:docId w15:val="{0CD5427C-BFF9-4DEB-B6B8-6755AE72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6A9"/>
    <w:rPr>
      <w:rFonts w:ascii="Aptos" w:eastAsia="Aptos" w:hAnsi="Aptos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5E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225EFA"/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Wielgus</cp:lastModifiedBy>
  <cp:revision>7</cp:revision>
  <dcterms:created xsi:type="dcterms:W3CDTF">2013-12-23T23:15:00Z</dcterms:created>
  <dcterms:modified xsi:type="dcterms:W3CDTF">2026-07-31T17:18:00Z</dcterms:modified>
  <cp:category/>
</cp:coreProperties>
</file>